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Cover Letter Template</w:t>
      </w:r>
    </w:p>
    <w:p>
      <w:pPr>
        <w:jc w:val="center"/>
      </w:pPr>
      <w:r>
        <w:rPr>
          <w:i/>
        </w:rPr>
        <w:t>To the Editorial Office of the Journal "Reproductive Endocrinology"</w:t>
      </w:r>
    </w:p>
    <w:p>
      <w:r>
        <w:rPr>
          <w:b/>
          <w:sz w:val="26"/>
        </w:rPr>
        <w:t>Introduction</w:t>
      </w:r>
    </w:p>
    <w:p>
      <w:pPr/>
      <w:r>
        <w:t>Dear Editorial Board of the journal "Reproductive Endocrinology",</w:t>
      </w:r>
    </w:p>
    <w:p>
      <w:pPr/>
      <w:r>
        <w:t>We hereby submit the manuscript:</w:t>
      </w:r>
    </w:p>
    <w:p>
      <w:pPr/>
      <w:r>
        <w:t>“______________________________________________”</w:t>
      </w:r>
    </w:p>
    <w:p>
      <w:pPr/>
      <w:r>
        <w:t>for possible publication in the journal "Reproductive Endocrinology".</w:t>
      </w:r>
    </w:p>
    <w:p>
      <w:pPr/>
      <w:r>
        <w:t>We confirm that:</w:t>
        <w:br/>
        <w:t>• the submitted manuscript is an original scientific work;</w:t>
        <w:br/>
        <w:t>• the manuscript has not been previously published in full or in part;</w:t>
        <w:br/>
        <w:t>• the manuscript is not under consideration by another journal;</w:t>
        <w:br/>
        <w:t>• all authors have reviewed and approved the final version of the manuscript;</w:t>
        <w:br/>
        <w:t>• all individuals who meet authorship criteria are included in the list of authors;</w:t>
        <w:br/>
        <w:t>• the authors bear full responsibility for the accuracy of the data, statistical analyses, references, and conclusions presented in the manuscript.</w:t>
      </w:r>
    </w:p>
    <w:p>
      <w:r>
        <w:rPr>
          <w:b/>
          <w:sz w:val="26"/>
        </w:rPr>
        <w:t>Conflict of Interest</w:t>
      </w:r>
    </w:p>
    <w:p>
      <w:pPr/>
      <w:r>
        <w:t>☐ The authors declare no conflict of interest.</w:t>
      </w:r>
    </w:p>
    <w:p>
      <w:pPr/>
      <w:r>
        <w:t>or</w:t>
      </w:r>
    </w:p>
    <w:p>
      <w:pPr/>
      <w:r>
        <w:t>☐ The authors disclose the following potential conflict(s) of interest:</w:t>
      </w:r>
    </w:p>
    <w:p>
      <w:pPr/>
      <w:r>
        <w:t>__________________________________________________</w:t>
      </w:r>
    </w:p>
    <w:p>
      <w:pPr/>
      <w:r>
        <w:t>__________________________________________________</w:t>
      </w:r>
    </w:p>
    <w:p>
      <w:r>
        <w:rPr>
          <w:b/>
          <w:sz w:val="26"/>
        </w:rPr>
        <w:t>Funding</w:t>
      </w:r>
    </w:p>
    <w:p>
      <w:pPr/>
      <w:r>
        <w:t>☐ The study received no external funding.</w:t>
      </w:r>
    </w:p>
    <w:p>
      <w:pPr/>
      <w:r>
        <w:t>or</w:t>
      </w:r>
    </w:p>
    <w:p>
      <w:pPr/>
      <w:r>
        <w:t>☐ The study was funded by:</w:t>
      </w:r>
    </w:p>
    <w:p>
      <w:pPr/>
      <w:r>
        <w:t>__________________________________________________</w:t>
      </w:r>
    </w:p>
    <w:p>
      <w:pPr/>
      <w:r>
        <w:t>__________________________________________________</w:t>
      </w:r>
    </w:p>
    <w:p>
      <w:r>
        <w:rPr>
          <w:b/>
          <w:sz w:val="26"/>
        </w:rPr>
        <w:t>Ethical Considerations</w:t>
      </w:r>
    </w:p>
    <w:p>
      <w:pPr/>
      <w:r>
        <w:t>(if applicable)</w:t>
      </w:r>
    </w:p>
    <w:p>
      <w:pPr/>
      <w:r>
        <w:t>We confirm that the study was conducted in accordance with bioethical principles, the Declaration of Helsinki, and applicable regulatory requirements.</w:t>
      </w:r>
    </w:p>
    <w:p>
      <w:pPr/>
      <w:r>
        <w:t>Name and approval number of the local ethics committee:</w:t>
      </w:r>
    </w:p>
    <w:p>
      <w:pPr/>
      <w:r>
        <w:t>__________________________________________________</w:t>
      </w:r>
    </w:p>
    <w:p>
      <w:r>
        <w:rPr>
          <w:b/>
          <w:sz w:val="26"/>
        </w:rPr>
        <w:t>Use of Artificial Intelligence (AI)</w:t>
      </w:r>
    </w:p>
    <w:p>
      <w:pPr/>
      <w:r>
        <w:t>☐ No generative AI technologies were used during manuscript preparation.</w:t>
      </w:r>
    </w:p>
    <w:p>
      <w:pPr/>
      <w:r>
        <w:t>or</w:t>
      </w:r>
    </w:p>
    <w:p>
      <w:pPr/>
      <w:r>
        <w:t>☐ Generative AI or AI-assisted technologies were used during manuscript preparation:</w:t>
      </w:r>
    </w:p>
    <w:p>
      <w:pPr/>
      <w:r>
        <w:t>Name of the tool/service:</w:t>
        <w:br/>
        <w:t>__________________________________________________</w:t>
      </w:r>
    </w:p>
    <w:p>
      <w:pPr/>
      <w:r>
        <w:t>Purpose of use:</w:t>
        <w:br/>
        <w:t>__________________________________________________</w:t>
      </w:r>
    </w:p>
    <w:p>
      <w:pPr/>
      <w:r>
        <w:t>__________________________________________________</w:t>
      </w:r>
    </w:p>
    <w:p>
      <w:pPr/>
      <w:r>
        <w:t>The authors confirm that:</w:t>
        <w:br/>
        <w:t>• all scientific statements, conclusions, and results were critically reviewed by humans;</w:t>
        <w:br/>
        <w:t>• AI is not listed as an author;</w:t>
        <w:br/>
        <w:t>• the authors bear full responsibility for the final content of the manuscript.</w:t>
      </w:r>
    </w:p>
    <w:p>
      <w:r>
        <w:rPr>
          <w:b/>
          <w:sz w:val="26"/>
        </w:rPr>
        <w:t>Copyright and Publication Ethics</w:t>
      </w:r>
    </w:p>
    <w:p>
      <w:pPr/>
      <w:r>
        <w:t>The authors confirm:</w:t>
        <w:br/>
        <w:t>• the absence of plagiarism;</w:t>
        <w:br/>
        <w:t>• the lawful use of illustrations, tables, and other materials;</w:t>
        <w:br/>
        <w:t>• compliance with international principles of academic integrity;</w:t>
        <w:br/>
        <w:t>• agreement with the editorial policies of the journal.</w:t>
      </w:r>
    </w:p>
    <w:p>
      <w:r>
        <w:rPr>
          <w:b/>
          <w:sz w:val="26"/>
        </w:rPr>
        <w:t>Corresponding Author</w:t>
      </w:r>
    </w:p>
    <w:p>
      <w:pPr/>
      <w:r>
        <w:t>Full name:</w:t>
        <w:br/>
        <w:t>__________________________________________________</w:t>
      </w:r>
    </w:p>
    <w:p>
      <w:pPr/>
      <w:r>
        <w:t>Institution:</w:t>
        <w:br/>
        <w:t>__________________________________________________</w:t>
      </w:r>
    </w:p>
    <w:p>
      <w:pPr/>
      <w:r>
        <w:t>E-mail:</w:t>
        <w:br/>
        <w:t>__________________________________________________</w:t>
      </w:r>
    </w:p>
    <w:p>
      <w:pPr/>
      <w:r>
        <w:t>Phone:</w:t>
        <w:br/>
        <w:t>__________________________________________________</w:t>
      </w:r>
    </w:p>
    <w:p>
      <w:pPr/>
      <w:r>
        <w:t>ORCID:</w:t>
        <w:br/>
        <w:t>__________________________________________________</w:t>
      </w:r>
    </w:p>
    <w:p>
      <w:r>
        <w:rPr>
          <w:b/>
          <w:sz w:val="26"/>
        </w:rPr>
        <w:t>Signature</w:t>
      </w:r>
    </w:p>
    <w:p>
      <w:pPr/>
      <w:r>
        <w:t>Sincerely,</w:t>
      </w:r>
    </w:p>
    <w:p>
      <w:pPr/>
      <w:r>
        <w:t>________________________________</w:t>
        <w:br/>
        <w:t>(Name of corresponding author)</w:t>
      </w:r>
    </w:p>
    <w:p>
      <w:pPr/>
      <w:r>
        <w:t>________________________________</w:t>
        <w:br/>
        <w:t>(Date)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